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969B2A" w14:textId="65496896" w:rsidR="00BC6D44" w:rsidRPr="00AC2AC1" w:rsidRDefault="00000000">
      <w:pPr>
        <w:jc w:val="center"/>
        <w:rPr>
          <w:color w:val="000000" w:themeColor="text1"/>
        </w:rPr>
      </w:pPr>
      <w:r w:rsidRPr="00AC2AC1">
        <w:rPr>
          <w:b/>
          <w:color w:val="000000" w:themeColor="text1"/>
          <w:sz w:val="32"/>
        </w:rPr>
        <w:t>DECLARACIÓN DE FINANCIACIÓN Y CONFLICTOS DE INTERÉS</w:t>
      </w:r>
    </w:p>
    <w:p w14:paraId="08CB6411" w14:textId="77777777" w:rsidR="00BC6D44" w:rsidRPr="00AC2AC1" w:rsidRDefault="00000000">
      <w:pPr>
        <w:jc w:val="center"/>
        <w:rPr>
          <w:color w:val="000000" w:themeColor="text1"/>
        </w:rPr>
      </w:pPr>
      <w:r w:rsidRPr="00AC2AC1">
        <w:rPr>
          <w:i/>
          <w:color w:val="000000" w:themeColor="text1"/>
        </w:rPr>
        <w:t>Convocatoria Premios TOP-ES al Mejor TFG y TFM del Curso 2025-2026</w:t>
      </w:r>
    </w:p>
    <w:p w14:paraId="7DCA906D" w14:textId="77777777" w:rsidR="00BC6D44" w:rsidRPr="00AC2AC1" w:rsidRDefault="00000000">
      <w:pPr>
        <w:pStyle w:val="Ttulo1"/>
        <w:rPr>
          <w:rFonts w:asciiTheme="minorHAnsi" w:hAnsiTheme="minorHAnsi"/>
          <w:color w:val="000000" w:themeColor="text1"/>
        </w:rPr>
      </w:pPr>
      <w:r w:rsidRPr="00AC2AC1">
        <w:rPr>
          <w:rFonts w:asciiTheme="minorHAnsi" w:hAnsiTheme="minorHAnsi"/>
          <w:color w:val="000000" w:themeColor="text1"/>
        </w:rPr>
        <w:t>Datos del trabajo</w:t>
      </w:r>
    </w:p>
    <w:p w14:paraId="5F13A4E6" w14:textId="77777777" w:rsidR="00BC6D44" w:rsidRPr="00AC2AC1" w:rsidRDefault="00000000">
      <w:pPr>
        <w:rPr>
          <w:color w:val="000000" w:themeColor="text1"/>
        </w:rPr>
      </w:pPr>
      <w:r w:rsidRPr="00AC2AC1">
        <w:rPr>
          <w:color w:val="000000" w:themeColor="text1"/>
        </w:rPr>
        <w:t>Título del trabajo: ________________________________</w:t>
      </w:r>
    </w:p>
    <w:p w14:paraId="0FA9FCC6" w14:textId="77777777" w:rsidR="00BC6D44" w:rsidRDefault="00000000">
      <w:pPr>
        <w:rPr>
          <w:color w:val="000000" w:themeColor="text1"/>
        </w:rPr>
      </w:pPr>
      <w:r w:rsidRPr="00AC2AC1">
        <w:rPr>
          <w:color w:val="000000" w:themeColor="text1"/>
        </w:rPr>
        <w:t>Autor/a: ________________________________</w:t>
      </w:r>
    </w:p>
    <w:p w14:paraId="0752FD04" w14:textId="77777777" w:rsidR="00BC6D44" w:rsidRPr="00AC2AC1" w:rsidRDefault="00000000">
      <w:pPr>
        <w:rPr>
          <w:color w:val="000000" w:themeColor="text1"/>
        </w:rPr>
      </w:pPr>
      <w:r w:rsidRPr="00AC2AC1">
        <w:rPr>
          <w:color w:val="000000" w:themeColor="text1"/>
        </w:rPr>
        <w:t>Universidad: ________________________________</w:t>
      </w:r>
    </w:p>
    <w:p w14:paraId="15C14810" w14:textId="77777777" w:rsidR="00BC6D44" w:rsidRDefault="00000000">
      <w:pPr>
        <w:rPr>
          <w:color w:val="000000" w:themeColor="text1"/>
        </w:rPr>
      </w:pPr>
      <w:r w:rsidRPr="00AC2AC1">
        <w:rPr>
          <w:color w:val="000000" w:themeColor="text1"/>
        </w:rPr>
        <w:t xml:space="preserve">Tutor/a o </w:t>
      </w:r>
      <w:proofErr w:type="spellStart"/>
      <w:r w:rsidRPr="00AC2AC1">
        <w:rPr>
          <w:color w:val="000000" w:themeColor="text1"/>
        </w:rPr>
        <w:t>tutores</w:t>
      </w:r>
      <w:proofErr w:type="spellEnd"/>
      <w:r w:rsidRPr="00AC2AC1">
        <w:rPr>
          <w:color w:val="000000" w:themeColor="text1"/>
        </w:rPr>
        <w:t>/as: ________________________________</w:t>
      </w:r>
    </w:p>
    <w:p w14:paraId="32F65DD6" w14:textId="77777777" w:rsidR="00BC6D44" w:rsidRPr="00AC2AC1" w:rsidRDefault="00000000">
      <w:pPr>
        <w:pStyle w:val="Ttulo1"/>
        <w:rPr>
          <w:rFonts w:asciiTheme="minorHAnsi" w:hAnsiTheme="minorHAnsi"/>
          <w:color w:val="000000" w:themeColor="text1"/>
        </w:rPr>
      </w:pPr>
      <w:r w:rsidRPr="00AC2AC1">
        <w:rPr>
          <w:rFonts w:asciiTheme="minorHAnsi" w:hAnsiTheme="minorHAnsi"/>
          <w:color w:val="000000" w:themeColor="text1"/>
        </w:rPr>
        <w:t>1. Declaración de financiación</w:t>
      </w:r>
    </w:p>
    <w:p w14:paraId="307AB448" w14:textId="77777777" w:rsidR="00BC6D44" w:rsidRPr="00AC2AC1" w:rsidRDefault="00000000">
      <w:pPr>
        <w:rPr>
          <w:color w:val="000000" w:themeColor="text1"/>
        </w:rPr>
      </w:pPr>
      <w:r w:rsidRPr="00AC2AC1">
        <w:rPr>
          <w:rFonts w:ascii="Segoe UI Symbol" w:hAnsi="Segoe UI Symbol" w:cs="Segoe UI Symbol"/>
          <w:color w:val="000000" w:themeColor="text1"/>
        </w:rPr>
        <w:t>☐</w:t>
      </w:r>
      <w:r w:rsidRPr="00AC2AC1">
        <w:rPr>
          <w:color w:val="000000" w:themeColor="text1"/>
        </w:rPr>
        <w:t xml:space="preserve"> El trabajo no ha recibido financiación específica procedente de organismos públicos o privados.</w:t>
      </w:r>
    </w:p>
    <w:p w14:paraId="6E630A51" w14:textId="77777777" w:rsidR="00BC6D44" w:rsidRPr="00AC2AC1" w:rsidRDefault="00000000">
      <w:pPr>
        <w:rPr>
          <w:color w:val="000000" w:themeColor="text1"/>
        </w:rPr>
      </w:pPr>
      <w:r w:rsidRPr="00AC2AC1">
        <w:rPr>
          <w:rFonts w:ascii="Segoe UI Symbol" w:hAnsi="Segoe UI Symbol" w:cs="Segoe UI Symbol"/>
          <w:color w:val="000000" w:themeColor="text1"/>
        </w:rPr>
        <w:t>☐</w:t>
      </w:r>
      <w:r w:rsidRPr="00AC2AC1">
        <w:rPr>
          <w:color w:val="000000" w:themeColor="text1"/>
        </w:rPr>
        <w:t xml:space="preserve"> El trabajo ha recibido financiación específica.</w:t>
      </w:r>
    </w:p>
    <w:p w14:paraId="688FAF4C" w14:textId="77777777" w:rsidR="00BC6D44" w:rsidRPr="00AC2AC1" w:rsidRDefault="00000000">
      <w:pPr>
        <w:rPr>
          <w:color w:val="000000" w:themeColor="text1"/>
        </w:rPr>
      </w:pPr>
      <w:r w:rsidRPr="00AC2AC1">
        <w:rPr>
          <w:color w:val="000000" w:themeColor="text1"/>
        </w:rPr>
        <w:t>Entidad financiadora: ________________________________</w:t>
      </w:r>
    </w:p>
    <w:p w14:paraId="6B44E9C6" w14:textId="77777777" w:rsidR="00BC6D44" w:rsidRPr="00AC2AC1" w:rsidRDefault="00000000">
      <w:pPr>
        <w:rPr>
          <w:color w:val="000000" w:themeColor="text1"/>
        </w:rPr>
      </w:pPr>
      <w:r w:rsidRPr="00AC2AC1">
        <w:rPr>
          <w:color w:val="000000" w:themeColor="text1"/>
        </w:rPr>
        <w:t>Proyecto/Convocatoria: ________________________________</w:t>
      </w:r>
    </w:p>
    <w:p w14:paraId="4DC931BD" w14:textId="77777777" w:rsidR="00BC6D44" w:rsidRPr="00AC2AC1" w:rsidRDefault="00000000">
      <w:pPr>
        <w:rPr>
          <w:color w:val="000000" w:themeColor="text1"/>
        </w:rPr>
      </w:pPr>
      <w:r w:rsidRPr="00AC2AC1">
        <w:rPr>
          <w:color w:val="000000" w:themeColor="text1"/>
        </w:rPr>
        <w:t>Código de referencia (si procede): ____________________</w:t>
      </w:r>
    </w:p>
    <w:p w14:paraId="3A85ED36" w14:textId="77777777" w:rsidR="00BC6D44" w:rsidRPr="00AC2AC1" w:rsidRDefault="00000000">
      <w:pPr>
        <w:pStyle w:val="Ttulo1"/>
        <w:rPr>
          <w:rFonts w:asciiTheme="minorHAnsi" w:hAnsiTheme="minorHAnsi"/>
          <w:color w:val="000000" w:themeColor="text1"/>
        </w:rPr>
      </w:pPr>
      <w:r w:rsidRPr="00AC2AC1">
        <w:rPr>
          <w:rFonts w:asciiTheme="minorHAnsi" w:hAnsiTheme="minorHAnsi"/>
          <w:color w:val="000000" w:themeColor="text1"/>
        </w:rPr>
        <w:t>2. Declaración de conflictos de interés</w:t>
      </w:r>
    </w:p>
    <w:p w14:paraId="3EEA0A62" w14:textId="77777777" w:rsidR="00BC6D44" w:rsidRPr="00AC2AC1" w:rsidRDefault="00000000">
      <w:pPr>
        <w:rPr>
          <w:color w:val="000000" w:themeColor="text1"/>
        </w:rPr>
      </w:pPr>
      <w:r w:rsidRPr="00AC2AC1">
        <w:rPr>
          <w:rFonts w:ascii="Segoe UI Symbol" w:hAnsi="Segoe UI Symbol" w:cs="Segoe UI Symbol"/>
          <w:color w:val="000000" w:themeColor="text1"/>
        </w:rPr>
        <w:t>☐</w:t>
      </w:r>
      <w:r w:rsidRPr="00AC2AC1">
        <w:rPr>
          <w:color w:val="000000" w:themeColor="text1"/>
        </w:rPr>
        <w:t xml:space="preserve"> La persona autora declara que no existen conflictos de interés financieros ni no financieros relacionados con el contenido del trabajo.</w:t>
      </w:r>
    </w:p>
    <w:p w14:paraId="339D1C4E" w14:textId="77777777" w:rsidR="00BC6D44" w:rsidRPr="00AC2AC1" w:rsidRDefault="00000000">
      <w:pPr>
        <w:rPr>
          <w:color w:val="000000" w:themeColor="text1"/>
        </w:rPr>
      </w:pPr>
      <w:r w:rsidRPr="00AC2AC1">
        <w:rPr>
          <w:rFonts w:ascii="Segoe UI Symbol" w:hAnsi="Segoe UI Symbol" w:cs="Segoe UI Symbol"/>
          <w:color w:val="000000" w:themeColor="text1"/>
        </w:rPr>
        <w:t>☐</w:t>
      </w:r>
      <w:r w:rsidRPr="00AC2AC1">
        <w:rPr>
          <w:color w:val="000000" w:themeColor="text1"/>
        </w:rPr>
        <w:t xml:space="preserve"> Existen posibles conflictos de interés, que se describen a continuación:</w:t>
      </w:r>
    </w:p>
    <w:p w14:paraId="2D53B9D9" w14:textId="77777777" w:rsidR="00BC6D44" w:rsidRPr="00AC2AC1" w:rsidRDefault="00000000">
      <w:pPr>
        <w:rPr>
          <w:color w:val="000000" w:themeColor="text1"/>
        </w:rPr>
      </w:pPr>
      <w:r w:rsidRPr="00AC2AC1">
        <w:rPr>
          <w:color w:val="000000" w:themeColor="text1"/>
        </w:rPr>
        <w:br/>
        <w:t>________________________________________________________</w:t>
      </w:r>
      <w:r w:rsidRPr="00AC2AC1">
        <w:rPr>
          <w:color w:val="000000" w:themeColor="text1"/>
        </w:rPr>
        <w:br/>
        <w:t>________________________________________________________</w:t>
      </w:r>
    </w:p>
    <w:p w14:paraId="000D87B0" w14:textId="77777777" w:rsidR="00BC6D44" w:rsidRPr="00AC2AC1" w:rsidRDefault="00000000">
      <w:pPr>
        <w:pStyle w:val="Ttulo1"/>
        <w:rPr>
          <w:rFonts w:asciiTheme="minorHAnsi" w:hAnsiTheme="minorHAnsi"/>
          <w:color w:val="000000" w:themeColor="text1"/>
        </w:rPr>
      </w:pPr>
      <w:r w:rsidRPr="00AC2AC1">
        <w:rPr>
          <w:rFonts w:asciiTheme="minorHAnsi" w:hAnsiTheme="minorHAnsi"/>
          <w:color w:val="000000" w:themeColor="text1"/>
        </w:rPr>
        <w:t>3. Declaración de transparencia</w:t>
      </w:r>
    </w:p>
    <w:p w14:paraId="221B13DA" w14:textId="77777777" w:rsidR="00BC6D44" w:rsidRPr="00AC2AC1" w:rsidRDefault="00000000">
      <w:pPr>
        <w:rPr>
          <w:color w:val="000000" w:themeColor="text1"/>
        </w:rPr>
      </w:pPr>
      <w:r w:rsidRPr="00AC2AC1">
        <w:rPr>
          <w:color w:val="000000" w:themeColor="text1"/>
        </w:rPr>
        <w:t>La persona firmante declara que la información proporcionada es veraz y completa y que cualquier financiación recibida no ha condicionado el diseño, desarrollo, análisis, interpretación ni presentación del trabajo.</w:t>
      </w:r>
    </w:p>
    <w:p w14:paraId="03D54C6C" w14:textId="77777777" w:rsidR="00BC6D44" w:rsidRPr="00AC2AC1" w:rsidRDefault="00000000">
      <w:pPr>
        <w:pStyle w:val="Ttulo1"/>
        <w:rPr>
          <w:rFonts w:asciiTheme="minorHAnsi" w:hAnsiTheme="minorHAnsi"/>
          <w:color w:val="000000" w:themeColor="text1"/>
        </w:rPr>
      </w:pPr>
      <w:r w:rsidRPr="00AC2AC1">
        <w:rPr>
          <w:rFonts w:asciiTheme="minorHAnsi" w:hAnsiTheme="minorHAnsi"/>
          <w:color w:val="000000" w:themeColor="text1"/>
        </w:rPr>
        <w:lastRenderedPageBreak/>
        <w:t>Firma</w:t>
      </w:r>
    </w:p>
    <w:p w14:paraId="28E16B28" w14:textId="77777777" w:rsidR="00BC6D44" w:rsidRPr="00AC2AC1" w:rsidRDefault="00000000">
      <w:pPr>
        <w:rPr>
          <w:color w:val="000000" w:themeColor="text1"/>
        </w:rPr>
      </w:pPr>
      <w:r w:rsidRPr="00AC2AC1">
        <w:rPr>
          <w:color w:val="000000" w:themeColor="text1"/>
        </w:rPr>
        <w:t>Lugar y fecha: ________________________________________</w:t>
      </w:r>
    </w:p>
    <w:p w14:paraId="6AD89F8A" w14:textId="77777777" w:rsidR="00BC6D44" w:rsidRPr="00AC2AC1" w:rsidRDefault="00000000">
      <w:pPr>
        <w:rPr>
          <w:color w:val="000000" w:themeColor="text1"/>
        </w:rPr>
      </w:pPr>
      <w:r w:rsidRPr="00AC2AC1">
        <w:rPr>
          <w:color w:val="000000" w:themeColor="text1"/>
        </w:rPr>
        <w:t>Firma del/de la autor/a: _______________________________</w:t>
      </w:r>
    </w:p>
    <w:p w14:paraId="136D7250" w14:textId="77777777" w:rsidR="00BC6D44" w:rsidRPr="00AC2AC1" w:rsidRDefault="00000000">
      <w:pPr>
        <w:rPr>
          <w:color w:val="000000" w:themeColor="text1"/>
        </w:rPr>
      </w:pPr>
      <w:r w:rsidRPr="00AC2AC1">
        <w:rPr>
          <w:color w:val="000000" w:themeColor="text1"/>
        </w:rPr>
        <w:t>DNI/NIE: _____________________________________________</w:t>
      </w:r>
    </w:p>
    <w:sectPr w:rsidR="00BC6D44" w:rsidRPr="00AC2AC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2857EB" w14:textId="77777777" w:rsidR="00CD205A" w:rsidRDefault="00CD205A" w:rsidP="00E769C3">
      <w:pPr>
        <w:spacing w:after="0" w:line="240" w:lineRule="auto"/>
      </w:pPr>
      <w:r>
        <w:separator/>
      </w:r>
    </w:p>
  </w:endnote>
  <w:endnote w:type="continuationSeparator" w:id="0">
    <w:p w14:paraId="623FEB09" w14:textId="77777777" w:rsidR="00CD205A" w:rsidRDefault="00CD205A" w:rsidP="00E76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ECFF3F" w14:textId="77777777" w:rsidR="00CD205A" w:rsidRDefault="00CD205A" w:rsidP="00E769C3">
      <w:pPr>
        <w:spacing w:after="0" w:line="240" w:lineRule="auto"/>
      </w:pPr>
      <w:r>
        <w:separator/>
      </w:r>
    </w:p>
  </w:footnote>
  <w:footnote w:type="continuationSeparator" w:id="0">
    <w:p w14:paraId="291EEF8C" w14:textId="77777777" w:rsidR="00CD205A" w:rsidRDefault="00CD205A" w:rsidP="00E76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57551C" w14:textId="2D995F9C" w:rsidR="00E769C3" w:rsidRDefault="00E769C3">
    <w:pPr>
      <w:pStyle w:val="Encabezado"/>
    </w:pPr>
    <w:r>
      <w:rPr>
        <w:b/>
        <w:noProof/>
        <w:color w:val="000000" w:themeColor="text1"/>
        <w:sz w:val="24"/>
        <w:szCs w:val="24"/>
      </w:rPr>
      <w:drawing>
        <wp:inline distT="0" distB="0" distL="0" distR="0" wp14:anchorId="13A15095" wp14:editId="2394A0DD">
          <wp:extent cx="691763" cy="658942"/>
          <wp:effectExtent l="0" t="0" r="0" b="1905"/>
          <wp:docPr id="27824332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8243321" name="Imagen 27824332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5783" cy="6818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0E09F7" w14:textId="77777777" w:rsidR="00E769C3" w:rsidRDefault="00E769C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8095264">
    <w:abstractNumId w:val="8"/>
  </w:num>
  <w:num w:numId="2" w16cid:durableId="887565893">
    <w:abstractNumId w:val="6"/>
  </w:num>
  <w:num w:numId="3" w16cid:durableId="139732878">
    <w:abstractNumId w:val="5"/>
  </w:num>
  <w:num w:numId="4" w16cid:durableId="697699691">
    <w:abstractNumId w:val="4"/>
  </w:num>
  <w:num w:numId="5" w16cid:durableId="2107730127">
    <w:abstractNumId w:val="7"/>
  </w:num>
  <w:num w:numId="6" w16cid:durableId="1546521274">
    <w:abstractNumId w:val="3"/>
  </w:num>
  <w:num w:numId="7" w16cid:durableId="560941391">
    <w:abstractNumId w:val="2"/>
  </w:num>
  <w:num w:numId="8" w16cid:durableId="447353445">
    <w:abstractNumId w:val="1"/>
  </w:num>
  <w:num w:numId="9" w16cid:durableId="1849013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4024"/>
    <w:rsid w:val="0029639D"/>
    <w:rsid w:val="00326F90"/>
    <w:rsid w:val="003E5639"/>
    <w:rsid w:val="004273B3"/>
    <w:rsid w:val="005A2892"/>
    <w:rsid w:val="00AA1D8D"/>
    <w:rsid w:val="00AC2AC1"/>
    <w:rsid w:val="00B47730"/>
    <w:rsid w:val="00BC6D44"/>
    <w:rsid w:val="00CB0664"/>
    <w:rsid w:val="00CD205A"/>
    <w:rsid w:val="00E769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54BBA7"/>
  <w14:defaultImageDpi w14:val="300"/>
  <w15:docId w15:val="{2072AF3E-6E71-3F4A-B75D-489ED49C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225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Dulce Romero Ayuso</dc:creator>
  <cp:keywords/>
  <dc:description>generated by python-docx</dc:description>
  <cp:lastModifiedBy>Dulce Romero-Ayuso</cp:lastModifiedBy>
  <cp:revision>5</cp:revision>
  <dcterms:created xsi:type="dcterms:W3CDTF">2026-09-01T16:15:00Z</dcterms:created>
  <dcterms:modified xsi:type="dcterms:W3CDTF">2026-09-01T16:23:00Z</dcterms:modified>
  <cp:category/>
</cp:coreProperties>
</file>