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358655" w14:textId="362C81F1" w:rsidR="000C78EA" w:rsidRPr="00B55952" w:rsidRDefault="00000000">
      <w:pPr>
        <w:jc w:val="center"/>
        <w:rPr>
          <w:color w:val="000000" w:themeColor="text1"/>
          <w:sz w:val="24"/>
          <w:szCs w:val="24"/>
        </w:rPr>
      </w:pPr>
      <w:r w:rsidRPr="00B55952">
        <w:rPr>
          <w:b/>
          <w:color w:val="000000" w:themeColor="text1"/>
          <w:sz w:val="24"/>
          <w:szCs w:val="24"/>
        </w:rPr>
        <w:t>DOCUMENTO DE CONFORMIDAD DEL/DE LA TUTOR/A O TUTORES/AS</w:t>
      </w:r>
    </w:p>
    <w:p w14:paraId="226F6251" w14:textId="77777777" w:rsidR="000C78EA" w:rsidRPr="00B55952" w:rsidRDefault="00000000">
      <w:pPr>
        <w:jc w:val="center"/>
        <w:rPr>
          <w:color w:val="000000" w:themeColor="text1"/>
          <w:sz w:val="24"/>
          <w:szCs w:val="24"/>
        </w:rPr>
      </w:pPr>
      <w:r w:rsidRPr="00B55952">
        <w:rPr>
          <w:i/>
          <w:color w:val="000000" w:themeColor="text1"/>
          <w:sz w:val="24"/>
          <w:szCs w:val="24"/>
        </w:rPr>
        <w:t>Convocatoria “Premios TOP-ES al mejor TFG y TFM del curso 2025-2026”</w:t>
      </w:r>
    </w:p>
    <w:p w14:paraId="261B856F" w14:textId="77777777" w:rsidR="000C78EA" w:rsidRPr="00B55952" w:rsidRDefault="000C78EA">
      <w:pPr>
        <w:rPr>
          <w:color w:val="000000" w:themeColor="text1"/>
          <w:sz w:val="24"/>
          <w:szCs w:val="24"/>
        </w:rPr>
      </w:pPr>
    </w:p>
    <w:p w14:paraId="08DABC29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D./</w:t>
      </w:r>
      <w:proofErr w:type="gramStart"/>
      <w:r w:rsidRPr="00B55952">
        <w:rPr>
          <w:color w:val="000000" w:themeColor="text1"/>
          <w:sz w:val="24"/>
          <w:szCs w:val="24"/>
        </w:rPr>
        <w:t>D.ª</w:t>
      </w:r>
      <w:proofErr w:type="gramEnd"/>
      <w:r w:rsidRPr="00B55952">
        <w:rPr>
          <w:color w:val="000000" w:themeColor="text1"/>
          <w:sz w:val="24"/>
          <w:szCs w:val="24"/>
        </w:rPr>
        <w:t xml:space="preserve"> ________________________, con cargo de tutor/a del Trabajo Fin de Grado (TFG) / Trabajo Fin de Máster (TFM) titulado:</w:t>
      </w:r>
    </w:p>
    <w:p w14:paraId="4A711349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“_____________________________________________________________”</w:t>
      </w:r>
    </w:p>
    <w:p w14:paraId="6EFDBFAB" w14:textId="6768D7A1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 xml:space="preserve">realizado por D./D.ª ________________________, </w:t>
      </w:r>
      <w:r w:rsidR="002C4496">
        <w:rPr>
          <w:color w:val="000000" w:themeColor="text1"/>
          <w:sz w:val="24"/>
          <w:szCs w:val="24"/>
        </w:rPr>
        <w:t xml:space="preserve">con </w:t>
      </w:r>
      <w:proofErr w:type="spellStart"/>
      <w:r w:rsidR="002C4496">
        <w:rPr>
          <w:color w:val="000000" w:themeColor="text1"/>
          <w:sz w:val="24"/>
          <w:szCs w:val="24"/>
        </w:rPr>
        <w:t>número</w:t>
      </w:r>
      <w:proofErr w:type="spellEnd"/>
      <w:r w:rsidR="002C4496">
        <w:rPr>
          <w:color w:val="000000" w:themeColor="text1"/>
          <w:sz w:val="24"/>
          <w:szCs w:val="24"/>
        </w:rPr>
        <w:t xml:space="preserve"> de D.N.I.:______________________</w:t>
      </w:r>
      <w:r w:rsidRPr="00B55952">
        <w:rPr>
          <w:color w:val="000000" w:themeColor="text1"/>
          <w:sz w:val="24"/>
          <w:szCs w:val="24"/>
        </w:rPr>
        <w:t>en la Universidad ________________________.</w:t>
      </w:r>
    </w:p>
    <w:p w14:paraId="17AEEF65" w14:textId="77777777" w:rsidR="000C78EA" w:rsidRPr="00B55952" w:rsidRDefault="00000000">
      <w:pPr>
        <w:pStyle w:val="Ttulo1"/>
        <w:rPr>
          <w:rFonts w:asciiTheme="minorHAnsi" w:hAnsiTheme="minorHAnsi"/>
          <w:color w:val="000000" w:themeColor="text1"/>
          <w:sz w:val="24"/>
          <w:szCs w:val="24"/>
        </w:rPr>
      </w:pPr>
      <w:r w:rsidRPr="00B55952">
        <w:rPr>
          <w:rFonts w:asciiTheme="minorHAnsi" w:hAnsiTheme="minorHAnsi"/>
          <w:color w:val="000000" w:themeColor="text1"/>
          <w:sz w:val="24"/>
          <w:szCs w:val="24"/>
        </w:rPr>
        <w:t>DECLARA</w:t>
      </w:r>
    </w:p>
    <w:p w14:paraId="2D22BB4D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1. Que ha ejercido como tutor/a del citado Trabajo Fin de Grado (TFG) / Trabajo Fin de Máster (TFM).</w:t>
      </w:r>
    </w:p>
    <w:p w14:paraId="287848FF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2. Que el trabajo fue presentado y defendido oficialmente durante el curso académico 2025-2026.</w:t>
      </w:r>
    </w:p>
    <w:p w14:paraId="2995382D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3. Que el trabajo obtuvo una calificación igual o superior a 9 (Sobresaliente).</w:t>
      </w:r>
    </w:p>
    <w:p w14:paraId="5C98F282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4. Que el trabajo cumple los requisitos establecidos en las bases de la convocatoria.</w:t>
      </w:r>
    </w:p>
    <w:p w14:paraId="729C4F19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5. Que presta su conformidad expresa para que el citado trabajo sea presentado a la convocatoria de los Premios TOP-ES al mejor TFG y TFM del curso 2025-2026.</w:t>
      </w:r>
    </w:p>
    <w:p w14:paraId="7193652B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Y para que conste a los efectos oportunos, firma el presente documento.</w:t>
      </w:r>
    </w:p>
    <w:p w14:paraId="3E9D22D3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En ____________________, a ____ de __________________ de 2026.</w:t>
      </w:r>
    </w:p>
    <w:p w14:paraId="1480B5F9" w14:textId="77777777" w:rsidR="002C4496" w:rsidRDefault="002C4496">
      <w:pPr>
        <w:rPr>
          <w:color w:val="000000" w:themeColor="text1"/>
          <w:sz w:val="24"/>
          <w:szCs w:val="24"/>
        </w:rPr>
      </w:pPr>
    </w:p>
    <w:p w14:paraId="2D4DCA67" w14:textId="51FA905A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br/>
        <w:t>Firma del/de la tutor/a: ______________________________</w:t>
      </w:r>
    </w:p>
    <w:p w14:paraId="1C5A8B6A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DNI/NIE/Pasaporte: ______________________________</w:t>
      </w:r>
    </w:p>
    <w:p w14:paraId="58A32B9C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Universidad: ______________________________</w:t>
      </w:r>
    </w:p>
    <w:p w14:paraId="06CCF22B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t>Correo electrónico: ______________________________</w:t>
      </w:r>
    </w:p>
    <w:p w14:paraId="7F72FDB6" w14:textId="77777777" w:rsidR="000C78EA" w:rsidRPr="00B55952" w:rsidRDefault="00000000">
      <w:pPr>
        <w:rPr>
          <w:color w:val="000000" w:themeColor="text1"/>
          <w:sz w:val="24"/>
          <w:szCs w:val="24"/>
        </w:rPr>
      </w:pPr>
      <w:r w:rsidRPr="00B55952">
        <w:rPr>
          <w:color w:val="000000" w:themeColor="text1"/>
          <w:sz w:val="24"/>
          <w:szCs w:val="24"/>
        </w:rPr>
        <w:br w:type="page"/>
      </w:r>
    </w:p>
    <w:p w14:paraId="797C21C1" w14:textId="77777777" w:rsidR="000C78EA" w:rsidRPr="00B55952" w:rsidRDefault="00000000">
      <w:pPr>
        <w:pStyle w:val="Ttulo1"/>
        <w:rPr>
          <w:rFonts w:asciiTheme="minorHAnsi" w:hAnsiTheme="minorHAnsi"/>
          <w:color w:val="000000" w:themeColor="text1"/>
          <w:sz w:val="24"/>
          <w:szCs w:val="24"/>
        </w:rPr>
      </w:pPr>
      <w:r w:rsidRPr="00B55952">
        <w:rPr>
          <w:rFonts w:asciiTheme="minorHAnsi" w:hAnsiTheme="minorHAnsi"/>
          <w:color w:val="000000" w:themeColor="text1"/>
          <w:sz w:val="24"/>
          <w:szCs w:val="24"/>
        </w:rPr>
        <w:lastRenderedPageBreak/>
        <w:t>En caso de cotutorización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C78EA" w:rsidRPr="00B55952" w14:paraId="3E36635F" w14:textId="77777777">
        <w:tc>
          <w:tcPr>
            <w:tcW w:w="4320" w:type="dxa"/>
          </w:tcPr>
          <w:p w14:paraId="2A27E5DF" w14:textId="77777777" w:rsidR="000C78EA" w:rsidRPr="00B55952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B55952">
              <w:rPr>
                <w:color w:val="000000" w:themeColor="text1"/>
                <w:sz w:val="24"/>
                <w:szCs w:val="24"/>
              </w:rPr>
              <w:t>Cotutor/a</w:t>
            </w:r>
          </w:p>
        </w:tc>
        <w:tc>
          <w:tcPr>
            <w:tcW w:w="4320" w:type="dxa"/>
          </w:tcPr>
          <w:p w14:paraId="57AA601F" w14:textId="77777777" w:rsidR="000C78EA" w:rsidRPr="00B55952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B55952">
              <w:rPr>
                <w:color w:val="000000" w:themeColor="text1"/>
                <w:sz w:val="24"/>
                <w:szCs w:val="24"/>
              </w:rPr>
              <w:t>Firma</w:t>
            </w:r>
          </w:p>
        </w:tc>
      </w:tr>
      <w:tr w:rsidR="000C78EA" w:rsidRPr="00B55952" w14:paraId="5DF542AA" w14:textId="77777777">
        <w:tc>
          <w:tcPr>
            <w:tcW w:w="4320" w:type="dxa"/>
          </w:tcPr>
          <w:p w14:paraId="478F12BF" w14:textId="77777777" w:rsidR="000C78EA" w:rsidRPr="00B55952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B55952">
              <w:rPr>
                <w:color w:val="000000" w:themeColor="text1"/>
                <w:sz w:val="24"/>
                <w:szCs w:val="24"/>
              </w:rPr>
              <w:t>D./</w:t>
            </w:r>
            <w:proofErr w:type="gramStart"/>
            <w:r w:rsidRPr="00B55952">
              <w:rPr>
                <w:color w:val="000000" w:themeColor="text1"/>
                <w:sz w:val="24"/>
                <w:szCs w:val="24"/>
              </w:rPr>
              <w:t>D.ª</w:t>
            </w:r>
            <w:proofErr w:type="gramEnd"/>
            <w:r w:rsidRPr="00B55952">
              <w:rPr>
                <w:color w:val="000000" w:themeColor="text1"/>
                <w:sz w:val="24"/>
                <w:szCs w:val="24"/>
              </w:rPr>
              <w:t xml:space="preserve"> ______________________________</w:t>
            </w:r>
          </w:p>
        </w:tc>
        <w:tc>
          <w:tcPr>
            <w:tcW w:w="4320" w:type="dxa"/>
          </w:tcPr>
          <w:p w14:paraId="45138AF7" w14:textId="19C6F8E7" w:rsidR="000C78EA" w:rsidRDefault="000C78EA">
            <w:pPr>
              <w:pBdr>
                <w:bottom w:val="single" w:sz="12" w:space="1" w:color="auto"/>
              </w:pBdr>
              <w:rPr>
                <w:color w:val="000000" w:themeColor="text1"/>
                <w:sz w:val="24"/>
                <w:szCs w:val="24"/>
              </w:rPr>
            </w:pPr>
          </w:p>
          <w:p w14:paraId="56CEFE0E" w14:textId="77777777" w:rsidR="002C4496" w:rsidRPr="00B55952" w:rsidRDefault="002C449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C78EA" w:rsidRPr="00B55952" w14:paraId="74883A96" w14:textId="77777777">
        <w:tc>
          <w:tcPr>
            <w:tcW w:w="4320" w:type="dxa"/>
          </w:tcPr>
          <w:p w14:paraId="250B5CF6" w14:textId="7CD9D46B" w:rsidR="000C78EA" w:rsidRPr="00B55952" w:rsidRDefault="002C449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DNI/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Pasaporte</w:t>
            </w:r>
            <w:proofErr w:type="spellEnd"/>
            <w:r w:rsidR="00000000" w:rsidRPr="00B55952">
              <w:rPr>
                <w:color w:val="000000" w:themeColor="text1"/>
                <w:sz w:val="24"/>
                <w:szCs w:val="24"/>
              </w:rPr>
              <w:t xml:space="preserve"> __________________________</w:t>
            </w:r>
          </w:p>
        </w:tc>
        <w:tc>
          <w:tcPr>
            <w:tcW w:w="4320" w:type="dxa"/>
          </w:tcPr>
          <w:p w14:paraId="3FF9FDBE" w14:textId="77777777" w:rsidR="000C78EA" w:rsidRPr="00B55952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B55952">
              <w:rPr>
                <w:color w:val="000000" w:themeColor="text1"/>
                <w:sz w:val="24"/>
                <w:szCs w:val="24"/>
              </w:rPr>
              <w:t>______________________________</w:t>
            </w:r>
          </w:p>
        </w:tc>
      </w:tr>
    </w:tbl>
    <w:p w14:paraId="293C8128" w14:textId="77777777" w:rsidR="00E51196" w:rsidRPr="00B55952" w:rsidRDefault="00E51196">
      <w:pPr>
        <w:rPr>
          <w:color w:val="000000" w:themeColor="text1"/>
          <w:sz w:val="24"/>
          <w:szCs w:val="24"/>
        </w:rPr>
      </w:pPr>
    </w:p>
    <w:sectPr w:rsidR="00E51196" w:rsidRPr="00B5595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51FC08" w14:textId="77777777" w:rsidR="007E78BF" w:rsidRDefault="007E78BF" w:rsidP="00B55952">
      <w:pPr>
        <w:spacing w:after="0" w:line="240" w:lineRule="auto"/>
      </w:pPr>
      <w:r>
        <w:separator/>
      </w:r>
    </w:p>
  </w:endnote>
  <w:endnote w:type="continuationSeparator" w:id="0">
    <w:p w14:paraId="0CE69882" w14:textId="77777777" w:rsidR="007E78BF" w:rsidRDefault="007E78BF" w:rsidP="00B5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839968" w14:textId="77777777" w:rsidR="007E78BF" w:rsidRDefault="007E78BF" w:rsidP="00B55952">
      <w:pPr>
        <w:spacing w:after="0" w:line="240" w:lineRule="auto"/>
      </w:pPr>
      <w:r>
        <w:separator/>
      </w:r>
    </w:p>
  </w:footnote>
  <w:footnote w:type="continuationSeparator" w:id="0">
    <w:p w14:paraId="5ADFCB9C" w14:textId="77777777" w:rsidR="007E78BF" w:rsidRDefault="007E78BF" w:rsidP="00B55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C6327C" w14:textId="76A272F5" w:rsidR="00B55952" w:rsidRDefault="00B55952">
    <w:pPr>
      <w:pStyle w:val="Encabezado"/>
    </w:pPr>
    <w:r>
      <w:rPr>
        <w:b/>
        <w:noProof/>
        <w:color w:val="000000" w:themeColor="text1"/>
        <w:sz w:val="24"/>
        <w:szCs w:val="24"/>
      </w:rPr>
      <w:drawing>
        <wp:inline distT="0" distB="0" distL="0" distR="0" wp14:anchorId="2BCEEA91" wp14:editId="3C24E85D">
          <wp:extent cx="763325" cy="727108"/>
          <wp:effectExtent l="0" t="0" r="0" b="0"/>
          <wp:docPr id="2782433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243321" name="Imagen 2782433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12" cy="754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23152" w14:textId="77777777" w:rsidR="00B55952" w:rsidRDefault="00B559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5192588">
    <w:abstractNumId w:val="8"/>
  </w:num>
  <w:num w:numId="2" w16cid:durableId="1637252367">
    <w:abstractNumId w:val="6"/>
  </w:num>
  <w:num w:numId="3" w16cid:durableId="259266451">
    <w:abstractNumId w:val="5"/>
  </w:num>
  <w:num w:numId="4" w16cid:durableId="2146585444">
    <w:abstractNumId w:val="4"/>
  </w:num>
  <w:num w:numId="5" w16cid:durableId="567886277">
    <w:abstractNumId w:val="7"/>
  </w:num>
  <w:num w:numId="6" w16cid:durableId="1442794927">
    <w:abstractNumId w:val="3"/>
  </w:num>
  <w:num w:numId="7" w16cid:durableId="1647471101">
    <w:abstractNumId w:val="2"/>
  </w:num>
  <w:num w:numId="8" w16cid:durableId="2122722450">
    <w:abstractNumId w:val="1"/>
  </w:num>
  <w:num w:numId="9" w16cid:durableId="706586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8EA"/>
    <w:rsid w:val="0015074B"/>
    <w:rsid w:val="0029639D"/>
    <w:rsid w:val="002C4496"/>
    <w:rsid w:val="00326F90"/>
    <w:rsid w:val="005A2892"/>
    <w:rsid w:val="007E78BF"/>
    <w:rsid w:val="00AA1D8D"/>
    <w:rsid w:val="00B47730"/>
    <w:rsid w:val="00B55952"/>
    <w:rsid w:val="00CB0664"/>
    <w:rsid w:val="00E511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210C0"/>
  <w14:defaultImageDpi w14:val="300"/>
  <w15:docId w15:val="{2072AF3E-6E71-3F4A-B75D-489ED49C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Romero Ayuso</dc:creator>
  <cp:keywords/>
  <dc:description>generated by python-docx</dc:description>
  <cp:lastModifiedBy>Dulce Romero-Ayuso</cp:lastModifiedBy>
  <cp:revision>3</cp:revision>
  <dcterms:created xsi:type="dcterms:W3CDTF">2026-09-01T13:10:00Z</dcterms:created>
  <dcterms:modified xsi:type="dcterms:W3CDTF">2026-09-01T16:22:00Z</dcterms:modified>
  <cp:category/>
</cp:coreProperties>
</file>